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F54E8" w14:textId="77777777" w:rsidR="00717028" w:rsidRDefault="002604F0">
      <w:pPr>
        <w:spacing w:after="40"/>
      </w:pPr>
      <w:r>
        <w:rPr>
          <w:rFonts w:ascii="Calibri" w:hAnsi="Calibri"/>
          <w:b/>
          <w:color w:val="1A365D"/>
          <w:sz w:val="44"/>
        </w:rPr>
        <w:t>Functions &amp; Relations Practice Worksheet</w:t>
      </w:r>
    </w:p>
    <w:p w14:paraId="4CA9336E" w14:textId="77777777" w:rsidR="00717028" w:rsidRDefault="002604F0">
      <w:r>
        <w:rPr>
          <w:rFonts w:ascii="Calibri" w:hAnsi="Calibri"/>
          <w:i/>
          <w:color w:val="2B6CB0"/>
          <w:sz w:val="21"/>
        </w:rPr>
        <w:t>Identifying Functions  •  Vertical Line Test  •  Graphing Equations  •  Function Notation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717028" w14:paraId="79A5F951" w14:textId="77777777">
        <w:trPr>
          <w:jc w:val="center"/>
        </w:trPr>
        <w:tc>
          <w:tcPr>
            <w:tcW w:w="3312" w:type="dxa"/>
          </w:tcPr>
          <w:p w14:paraId="1226D310" w14:textId="77777777" w:rsidR="00717028" w:rsidRDefault="002604F0">
            <w:r>
              <w:rPr>
                <w:b/>
              </w:rPr>
              <w:t>Name: ____________________</w:t>
            </w:r>
          </w:p>
        </w:tc>
        <w:tc>
          <w:tcPr>
            <w:tcW w:w="3312" w:type="dxa"/>
          </w:tcPr>
          <w:p w14:paraId="767BC6F4" w14:textId="77777777" w:rsidR="00717028" w:rsidRDefault="002604F0">
            <w:r>
              <w:rPr>
                <w:b/>
              </w:rPr>
              <w:t>Date: _____________</w:t>
            </w:r>
          </w:p>
        </w:tc>
        <w:tc>
          <w:tcPr>
            <w:tcW w:w="3312" w:type="dxa"/>
          </w:tcPr>
          <w:p w14:paraId="058C7D0C" w14:textId="77777777" w:rsidR="00717028" w:rsidRDefault="002604F0">
            <w:r>
              <w:rPr>
                <w:b/>
              </w:rPr>
              <w:t>Class: _____________</w:t>
            </w:r>
          </w:p>
        </w:tc>
      </w:tr>
    </w:tbl>
    <w:p w14:paraId="6F5A8EF6" w14:textId="77777777" w:rsidR="00717028" w:rsidRDefault="00717028">
      <w:pPr>
        <w:spacing w:after="80"/>
      </w:pPr>
    </w:p>
    <w:p w14:paraId="002B5AFF" w14:textId="77777777" w:rsidR="00717028" w:rsidRDefault="002604F0">
      <w:pPr>
        <w:keepNext/>
        <w:spacing w:before="280" w:after="120"/>
      </w:pPr>
      <w:r>
        <w:rPr>
          <w:rFonts w:ascii="Calibri" w:hAnsi="Calibri"/>
          <w:b/>
          <w:color w:val="1A365D"/>
          <w:sz w:val="30"/>
        </w:rPr>
        <w:t>Section 1: Relations vs. Functions (Tables &amp; Sets)</w:t>
      </w:r>
    </w:p>
    <w:p w14:paraId="1A4EA435" w14:textId="77777777" w:rsidR="00717028" w:rsidRDefault="002604F0">
      <w:pPr>
        <w:spacing w:after="160"/>
      </w:pPr>
      <w:r>
        <w:rPr>
          <w:b/>
        </w:rPr>
        <w:t xml:space="preserve">Instructions: </w:t>
      </w:r>
      <w:r>
        <w:t>State whether each relation represents a function. Explain your reasoning.</w:t>
      </w:r>
    </w:p>
    <w:p w14:paraId="55FE483E" w14:textId="77777777" w:rsidR="00717028" w:rsidRDefault="002604F0">
      <w:pPr>
        <w:spacing w:after="80"/>
      </w:pPr>
      <w:r>
        <w:rPr>
          <w:b/>
        </w:rPr>
        <w:t xml:space="preserve">1. Set A: </w:t>
      </w:r>
      <w:r>
        <w:t>{( -3, 4 ), ( -1, 2 ), ( 0, 5 ), ( 2, 4 ), ( 5, 1 )}</w:t>
      </w:r>
    </w:p>
    <w:p w14:paraId="17264335" w14:textId="77777777" w:rsidR="00717028" w:rsidRDefault="002604F0">
      <w:r>
        <w:t xml:space="preserve">   Is this a Function? ____________    Reason: __________________________________________________</w:t>
      </w:r>
    </w:p>
    <w:p w14:paraId="31ECF549" w14:textId="77777777" w:rsidR="00717028" w:rsidRDefault="002604F0">
      <w:pPr>
        <w:spacing w:after="80"/>
      </w:pPr>
      <w:r>
        <w:rPr>
          <w:b/>
        </w:rPr>
        <w:t xml:space="preserve">2. Set B: </w:t>
      </w:r>
      <w:r>
        <w:t>{( -2, 1 ), ( 1, 3 ), ( 1, -4 ), ( 3, 7 ), ( 6, 0 )}</w:t>
      </w:r>
    </w:p>
    <w:p w14:paraId="6A8AD1BA" w14:textId="77777777" w:rsidR="00717028" w:rsidRDefault="002604F0">
      <w:r>
        <w:t xml:space="preserve">   Is this a Function? ____________    Reason: __________________________________________________</w:t>
      </w:r>
    </w:p>
    <w:p w14:paraId="6A9CAF19" w14:textId="77777777" w:rsidR="00717028" w:rsidRDefault="002604F0">
      <w:pPr>
        <w:spacing w:after="80"/>
      </w:pPr>
      <w:r>
        <w:rPr>
          <w:b/>
        </w:rPr>
        <w:t>3. Input/Output Table: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  <w:gridCol w:w="1680"/>
      </w:tblGrid>
      <w:tr w:rsidR="00717028" w14:paraId="78BE9619" w14:textId="77777777">
        <w:trPr>
          <w:jc w:val="center"/>
        </w:trPr>
        <w:tc>
          <w:tcPr>
            <w:tcW w:w="1680" w:type="dxa"/>
            <w:shd w:val="clear" w:color="auto" w:fill="1A365D"/>
          </w:tcPr>
          <w:p w14:paraId="17F64CD1" w14:textId="77777777" w:rsidR="00717028" w:rsidRDefault="002604F0">
            <w:pPr>
              <w:jc w:val="center"/>
            </w:pPr>
            <w:r>
              <w:rPr>
                <w:b/>
                <w:color w:val="FFFFFF"/>
              </w:rPr>
              <w:t>Input (x)</w:t>
            </w:r>
          </w:p>
        </w:tc>
        <w:tc>
          <w:tcPr>
            <w:tcW w:w="1680" w:type="dxa"/>
            <w:shd w:val="clear" w:color="auto" w:fill="EDF2F7"/>
          </w:tcPr>
          <w:p w14:paraId="5EEDB5A1" w14:textId="77777777" w:rsidR="00717028" w:rsidRDefault="002604F0">
            <w:pPr>
              <w:jc w:val="center"/>
            </w:pPr>
            <w:r>
              <w:t>-4</w:t>
            </w:r>
          </w:p>
        </w:tc>
        <w:tc>
          <w:tcPr>
            <w:tcW w:w="1680" w:type="dxa"/>
            <w:shd w:val="clear" w:color="auto" w:fill="EDF2F7"/>
          </w:tcPr>
          <w:p w14:paraId="605DDB2C" w14:textId="77777777" w:rsidR="00717028" w:rsidRDefault="002604F0">
            <w:pPr>
              <w:jc w:val="center"/>
            </w:pPr>
            <w:r>
              <w:t>-2</w:t>
            </w:r>
          </w:p>
        </w:tc>
        <w:tc>
          <w:tcPr>
            <w:tcW w:w="1680" w:type="dxa"/>
            <w:shd w:val="clear" w:color="auto" w:fill="EDF2F7"/>
          </w:tcPr>
          <w:p w14:paraId="0BAE003A" w14:textId="77777777" w:rsidR="00717028" w:rsidRDefault="002604F0">
            <w:pPr>
              <w:jc w:val="center"/>
            </w:pPr>
            <w:r>
              <w:t>0</w:t>
            </w:r>
          </w:p>
        </w:tc>
        <w:tc>
          <w:tcPr>
            <w:tcW w:w="1680" w:type="dxa"/>
            <w:shd w:val="clear" w:color="auto" w:fill="EDF2F7"/>
          </w:tcPr>
          <w:p w14:paraId="2D4B715C" w14:textId="77777777" w:rsidR="00717028" w:rsidRDefault="002604F0">
            <w:pPr>
              <w:jc w:val="center"/>
            </w:pPr>
            <w:r>
              <w:t>2</w:t>
            </w:r>
          </w:p>
        </w:tc>
        <w:tc>
          <w:tcPr>
            <w:tcW w:w="1680" w:type="dxa"/>
            <w:shd w:val="clear" w:color="auto" w:fill="EDF2F7"/>
          </w:tcPr>
          <w:p w14:paraId="4248AA6B" w14:textId="77777777" w:rsidR="00717028" w:rsidRDefault="002604F0">
            <w:pPr>
              <w:jc w:val="center"/>
            </w:pPr>
            <w:r>
              <w:t>4</w:t>
            </w:r>
          </w:p>
        </w:tc>
      </w:tr>
      <w:tr w:rsidR="00717028" w14:paraId="32DD653D" w14:textId="77777777">
        <w:trPr>
          <w:jc w:val="center"/>
        </w:trPr>
        <w:tc>
          <w:tcPr>
            <w:tcW w:w="1680" w:type="dxa"/>
            <w:shd w:val="clear" w:color="auto" w:fill="EDF2F7"/>
          </w:tcPr>
          <w:p w14:paraId="42912502" w14:textId="77777777" w:rsidR="00717028" w:rsidRDefault="002604F0">
            <w:pPr>
              <w:jc w:val="center"/>
            </w:pPr>
            <w:r>
              <w:rPr>
                <w:b/>
              </w:rPr>
              <w:t>Output (y)</w:t>
            </w:r>
          </w:p>
        </w:tc>
        <w:tc>
          <w:tcPr>
            <w:tcW w:w="1680" w:type="dxa"/>
            <w:shd w:val="clear" w:color="auto" w:fill="FFFFFF"/>
          </w:tcPr>
          <w:p w14:paraId="5545952B" w14:textId="77777777" w:rsidR="00717028" w:rsidRDefault="002604F0">
            <w:pPr>
              <w:jc w:val="center"/>
            </w:pPr>
            <w:r>
              <w:t>16</w:t>
            </w:r>
          </w:p>
        </w:tc>
        <w:tc>
          <w:tcPr>
            <w:tcW w:w="1680" w:type="dxa"/>
            <w:shd w:val="clear" w:color="auto" w:fill="FFFFFF"/>
          </w:tcPr>
          <w:p w14:paraId="69786B7C" w14:textId="77777777" w:rsidR="00717028" w:rsidRDefault="002604F0">
            <w:pPr>
              <w:jc w:val="center"/>
            </w:pPr>
            <w:r>
              <w:t>4</w:t>
            </w:r>
          </w:p>
        </w:tc>
        <w:tc>
          <w:tcPr>
            <w:tcW w:w="1680" w:type="dxa"/>
            <w:shd w:val="clear" w:color="auto" w:fill="FFFFFF"/>
          </w:tcPr>
          <w:p w14:paraId="4BC05E38" w14:textId="77777777" w:rsidR="00717028" w:rsidRDefault="002604F0">
            <w:pPr>
              <w:jc w:val="center"/>
            </w:pPr>
            <w:r>
              <w:t>0</w:t>
            </w:r>
          </w:p>
        </w:tc>
        <w:tc>
          <w:tcPr>
            <w:tcW w:w="1680" w:type="dxa"/>
            <w:shd w:val="clear" w:color="auto" w:fill="FFFFFF"/>
          </w:tcPr>
          <w:p w14:paraId="2DEB72F2" w14:textId="77777777" w:rsidR="00717028" w:rsidRDefault="002604F0">
            <w:pPr>
              <w:jc w:val="center"/>
            </w:pPr>
            <w:r>
              <w:t>4</w:t>
            </w:r>
          </w:p>
        </w:tc>
        <w:tc>
          <w:tcPr>
            <w:tcW w:w="1680" w:type="dxa"/>
            <w:shd w:val="clear" w:color="auto" w:fill="FFFFFF"/>
          </w:tcPr>
          <w:p w14:paraId="3CA57745" w14:textId="77777777" w:rsidR="00717028" w:rsidRDefault="002604F0">
            <w:pPr>
              <w:jc w:val="center"/>
            </w:pPr>
            <w:r>
              <w:t>16</w:t>
            </w:r>
          </w:p>
        </w:tc>
      </w:tr>
    </w:tbl>
    <w:p w14:paraId="7281A076" w14:textId="77777777" w:rsidR="00717028" w:rsidRDefault="002604F0">
      <w:pPr>
        <w:spacing w:before="120"/>
      </w:pPr>
      <w:r>
        <w:t xml:space="preserve">   Is this a Function? ____________    Reason: __________________________________________________</w:t>
      </w:r>
    </w:p>
    <w:p w14:paraId="71F5BDC2" w14:textId="77777777" w:rsidR="00717028" w:rsidRDefault="002604F0">
      <w:pPr>
        <w:keepNext/>
        <w:spacing w:before="280" w:after="120"/>
      </w:pPr>
      <w:r>
        <w:rPr>
          <w:rFonts w:ascii="Calibri" w:hAnsi="Calibri"/>
          <w:b/>
          <w:color w:val="1A365D"/>
          <w:sz w:val="30"/>
        </w:rPr>
        <w:t>Section 2: The Vertical Line Test (Graph Analysis)</w:t>
      </w:r>
    </w:p>
    <w:p w14:paraId="7B7DB515" w14:textId="77777777" w:rsidR="00717028" w:rsidRDefault="002604F0">
      <w:pPr>
        <w:spacing w:after="160"/>
      </w:pPr>
      <w:r>
        <w:rPr>
          <w:b/>
        </w:rPr>
        <w:t xml:space="preserve">Instructions: </w:t>
      </w:r>
      <w:r>
        <w:t>Use the Vertical Line Test (VLT) on each graph. Determine if the graph represents a function.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96"/>
        <w:gridCol w:w="4896"/>
      </w:tblGrid>
      <w:tr w:rsidR="00717028" w14:paraId="7342D694" w14:textId="77777777">
        <w:trPr>
          <w:jc w:val="center"/>
        </w:trPr>
        <w:tc>
          <w:tcPr>
            <w:tcW w:w="4896" w:type="dxa"/>
          </w:tcPr>
          <w:p w14:paraId="2098DF57" w14:textId="77777777" w:rsidR="00717028" w:rsidRDefault="002604F0">
            <w:pPr>
              <w:spacing w:after="40"/>
            </w:pPr>
            <w:r>
              <w:rPr>
                <w:b/>
                <w:color w:val="1A365D"/>
              </w:rPr>
              <w:t>4. Circle Relation</w:t>
            </w:r>
          </w:p>
          <w:p w14:paraId="23BCD80F" w14:textId="77777777" w:rsidR="00717028" w:rsidRDefault="002604F0">
            <w:pPr>
              <w:spacing w:after="80"/>
              <w:jc w:val="center"/>
            </w:pPr>
            <w:r>
              <w:rPr>
                <w:noProof/>
              </w:rPr>
              <w:drawing>
                <wp:inline distT="0" distB="0" distL="0" distR="0" wp14:anchorId="7021BDF6" wp14:editId="59818A77">
                  <wp:extent cx="2103120" cy="21031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lt_graph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B98DEB" w14:textId="77777777" w:rsidR="00717028" w:rsidRDefault="002604F0">
            <w:r>
              <w:t>Function? [ Yes / No ]</w:t>
            </w:r>
            <w:r>
              <w:br/>
              <w:t>Reason: ___________________</w:t>
            </w:r>
          </w:p>
        </w:tc>
        <w:tc>
          <w:tcPr>
            <w:tcW w:w="4896" w:type="dxa"/>
          </w:tcPr>
          <w:p w14:paraId="4F863B60" w14:textId="77777777" w:rsidR="00717028" w:rsidRDefault="002604F0">
            <w:pPr>
              <w:spacing w:after="40"/>
            </w:pPr>
            <w:r>
              <w:rPr>
                <w:b/>
                <w:color w:val="1A365D"/>
              </w:rPr>
              <w:t>5. Linear Relation</w:t>
            </w:r>
          </w:p>
          <w:p w14:paraId="6BA0A4E5" w14:textId="77777777" w:rsidR="00717028" w:rsidRDefault="002604F0">
            <w:pPr>
              <w:spacing w:after="80"/>
              <w:jc w:val="center"/>
            </w:pPr>
            <w:r>
              <w:rPr>
                <w:noProof/>
              </w:rPr>
              <w:drawing>
                <wp:inline distT="0" distB="0" distL="0" distR="0" wp14:anchorId="59A9DA0F" wp14:editId="641F61B1">
                  <wp:extent cx="2103120" cy="21031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lt_graph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E2C8ED" w14:textId="77777777" w:rsidR="00717028" w:rsidRDefault="002604F0">
            <w:r>
              <w:t>Function? [ Yes / No ]</w:t>
            </w:r>
            <w:r>
              <w:br/>
              <w:t>Reason: ___________________</w:t>
            </w:r>
          </w:p>
        </w:tc>
      </w:tr>
      <w:tr w:rsidR="00717028" w14:paraId="15A4C266" w14:textId="77777777">
        <w:trPr>
          <w:jc w:val="center"/>
        </w:trPr>
        <w:tc>
          <w:tcPr>
            <w:tcW w:w="4896" w:type="dxa"/>
          </w:tcPr>
          <w:p w14:paraId="662EEB97" w14:textId="77777777" w:rsidR="00717028" w:rsidRDefault="002604F0">
            <w:pPr>
              <w:spacing w:after="40"/>
            </w:pPr>
            <w:r>
              <w:rPr>
                <w:b/>
                <w:color w:val="1A365D"/>
              </w:rPr>
              <w:t>6. Sideways Parabola</w:t>
            </w:r>
          </w:p>
          <w:p w14:paraId="3110FB90" w14:textId="77777777" w:rsidR="00717028" w:rsidRDefault="002604F0">
            <w:pPr>
              <w:spacing w:after="8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2F3A0E3" wp14:editId="776FF948">
                  <wp:extent cx="2103120" cy="21031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lt_graph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8F98E1" w14:textId="77777777" w:rsidR="00717028" w:rsidRDefault="002604F0">
            <w:r>
              <w:t>Function? [ Yes / No ]</w:t>
            </w:r>
            <w:r>
              <w:br/>
              <w:t>Reason: ___________________</w:t>
            </w:r>
          </w:p>
        </w:tc>
        <w:tc>
          <w:tcPr>
            <w:tcW w:w="4896" w:type="dxa"/>
          </w:tcPr>
          <w:p w14:paraId="66E8DA36" w14:textId="77777777" w:rsidR="00717028" w:rsidRDefault="002604F0">
            <w:pPr>
              <w:spacing w:after="40"/>
            </w:pPr>
            <w:r>
              <w:rPr>
                <w:b/>
                <w:color w:val="1A365D"/>
              </w:rPr>
              <w:lastRenderedPageBreak/>
              <w:t>7. Absolute Value</w:t>
            </w:r>
          </w:p>
          <w:p w14:paraId="0E0827CE" w14:textId="77777777" w:rsidR="00717028" w:rsidRDefault="002604F0">
            <w:pPr>
              <w:spacing w:after="8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DBB30AD" wp14:editId="31471785">
                  <wp:extent cx="2103120" cy="21031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lt_graph4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EBC9AC" w14:textId="77777777" w:rsidR="00717028" w:rsidRDefault="002604F0">
            <w:r>
              <w:t>Function? [ Yes / No ]</w:t>
            </w:r>
            <w:r>
              <w:br/>
              <w:t>Reason: ___________________</w:t>
            </w:r>
          </w:p>
        </w:tc>
      </w:tr>
    </w:tbl>
    <w:p w14:paraId="6CC280A5" w14:textId="77777777" w:rsidR="00717028" w:rsidRDefault="00717028">
      <w:pPr>
        <w:spacing w:after="80"/>
      </w:pPr>
    </w:p>
    <w:p w14:paraId="7CCE1F9E" w14:textId="77777777" w:rsidR="00717028" w:rsidRDefault="002604F0">
      <w:pPr>
        <w:keepNext/>
        <w:spacing w:before="280" w:after="120"/>
      </w:pPr>
      <w:r>
        <w:rPr>
          <w:rFonts w:ascii="Calibri" w:hAnsi="Calibri"/>
          <w:b/>
          <w:color w:val="1A365D"/>
          <w:sz w:val="30"/>
        </w:rPr>
        <w:t>Section 3: Graphing Functions from Equations</w:t>
      </w:r>
    </w:p>
    <w:p w14:paraId="0A9FDCF9" w14:textId="77777777" w:rsidR="00717028" w:rsidRDefault="002604F0">
      <w:pPr>
        <w:spacing w:after="160"/>
      </w:pPr>
      <w:r>
        <w:rPr>
          <w:b/>
        </w:rPr>
        <w:t xml:space="preserve">Instructions: </w:t>
      </w:r>
      <w:r>
        <w:t>Complete the table of values, plot the points on the grid provided, and sketch the graph.</w:t>
      </w:r>
    </w:p>
    <w:p w14:paraId="31ECF794" w14:textId="77777777" w:rsidR="00717028" w:rsidRDefault="002604F0">
      <w:pPr>
        <w:spacing w:before="120" w:after="80"/>
      </w:pPr>
      <w:r>
        <w:rPr>
          <w:b/>
          <w:color w:val="1A365D"/>
        </w:rPr>
        <w:t>8. f(x) = 2x - 3 (Linear Function)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</w:tblGrid>
      <w:tr w:rsidR="00717028" w14:paraId="2848012B" w14:textId="77777777">
        <w:trPr>
          <w:jc w:val="center"/>
        </w:trPr>
        <w:tc>
          <w:tcPr>
            <w:tcW w:w="4608" w:type="dxa"/>
          </w:tcPr>
          <w:p w14:paraId="6AE2A84D" w14:textId="77777777" w:rsidR="00717028" w:rsidRDefault="002604F0">
            <w:r>
              <w:rPr>
                <w:b/>
              </w:rPr>
              <w:t>Table of Values: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96"/>
              <w:gridCol w:w="2196"/>
            </w:tblGrid>
            <w:tr w:rsidR="00717028" w14:paraId="38C60954" w14:textId="77777777">
              <w:trPr>
                <w:jc w:val="center"/>
              </w:trPr>
              <w:tc>
                <w:tcPr>
                  <w:tcW w:w="2304" w:type="dxa"/>
                  <w:shd w:val="clear" w:color="auto" w:fill="EDF2F7"/>
                </w:tcPr>
                <w:p w14:paraId="145F9360" w14:textId="77777777" w:rsidR="00717028" w:rsidRDefault="002604F0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2304" w:type="dxa"/>
                  <w:shd w:val="clear" w:color="auto" w:fill="EDF2F7"/>
                </w:tcPr>
                <w:p w14:paraId="31A59807" w14:textId="77777777" w:rsidR="00717028" w:rsidRDefault="002604F0">
                  <w:pPr>
                    <w:jc w:val="center"/>
                  </w:pPr>
                  <w:r>
                    <w:t>y</w:t>
                  </w:r>
                </w:p>
              </w:tc>
            </w:tr>
            <w:tr w:rsidR="00717028" w14:paraId="3DCA5A8A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2060AB9E" w14:textId="77777777" w:rsidR="00717028" w:rsidRDefault="002604F0">
                  <w:pPr>
                    <w:jc w:val="center"/>
                  </w:pPr>
                  <w:r>
                    <w:t>-2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37A4868B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76FEB469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17002405" w14:textId="77777777" w:rsidR="00717028" w:rsidRDefault="002604F0">
                  <w:pPr>
                    <w:jc w:val="center"/>
                  </w:pPr>
                  <w:r>
                    <w:t>-1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7B729D05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165AC8D0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245C1A0E" w14:textId="77777777" w:rsidR="00717028" w:rsidRDefault="002604F0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7C6052F0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6584FA68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33D67E59" w14:textId="77777777" w:rsidR="00717028" w:rsidRDefault="002604F0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46B9EB4E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6A98001D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39875746" w14:textId="77777777" w:rsidR="00717028" w:rsidRDefault="002604F0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182BFD10" w14:textId="77777777" w:rsidR="00717028" w:rsidRDefault="00717028">
                  <w:pPr>
                    <w:jc w:val="center"/>
                  </w:pPr>
                </w:p>
              </w:tc>
            </w:tr>
          </w:tbl>
          <w:p w14:paraId="6449464E" w14:textId="77777777" w:rsidR="00717028" w:rsidRDefault="00717028"/>
        </w:tc>
        <w:tc>
          <w:tcPr>
            <w:tcW w:w="4608" w:type="dxa"/>
          </w:tcPr>
          <w:p w14:paraId="6A1AFC25" w14:textId="77777777" w:rsidR="00717028" w:rsidRDefault="002604F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5E056A" wp14:editId="25025A8C">
                  <wp:extent cx="2011680" cy="201168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ank_grid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618D69" w14:textId="77777777" w:rsidR="00717028" w:rsidRDefault="002604F0">
      <w:pPr>
        <w:spacing w:before="120" w:after="80"/>
      </w:pPr>
      <w:r>
        <w:rPr>
          <w:b/>
          <w:color w:val="1A365D"/>
        </w:rPr>
        <w:t>9. g(x) = x² - 4 (Quadratic Function)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</w:tblGrid>
      <w:tr w:rsidR="00717028" w14:paraId="7E79A09B" w14:textId="77777777">
        <w:trPr>
          <w:jc w:val="center"/>
        </w:trPr>
        <w:tc>
          <w:tcPr>
            <w:tcW w:w="4608" w:type="dxa"/>
          </w:tcPr>
          <w:p w14:paraId="527AD73A" w14:textId="77777777" w:rsidR="00717028" w:rsidRDefault="002604F0">
            <w:r>
              <w:rPr>
                <w:b/>
              </w:rPr>
              <w:t>Table of Values: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96"/>
              <w:gridCol w:w="2196"/>
            </w:tblGrid>
            <w:tr w:rsidR="00717028" w14:paraId="270D06B8" w14:textId="77777777">
              <w:trPr>
                <w:jc w:val="center"/>
              </w:trPr>
              <w:tc>
                <w:tcPr>
                  <w:tcW w:w="2304" w:type="dxa"/>
                  <w:shd w:val="clear" w:color="auto" w:fill="EDF2F7"/>
                </w:tcPr>
                <w:p w14:paraId="4D9F9D11" w14:textId="77777777" w:rsidR="00717028" w:rsidRDefault="002604F0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2304" w:type="dxa"/>
                  <w:shd w:val="clear" w:color="auto" w:fill="EDF2F7"/>
                </w:tcPr>
                <w:p w14:paraId="7F597C93" w14:textId="77777777" w:rsidR="00717028" w:rsidRDefault="002604F0">
                  <w:pPr>
                    <w:jc w:val="center"/>
                  </w:pPr>
                  <w:r>
                    <w:t>y</w:t>
                  </w:r>
                </w:p>
              </w:tc>
            </w:tr>
            <w:tr w:rsidR="00717028" w14:paraId="74813CA4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39C7894D" w14:textId="77777777" w:rsidR="00717028" w:rsidRDefault="002604F0">
                  <w:pPr>
                    <w:jc w:val="center"/>
                  </w:pPr>
                  <w:r>
                    <w:t>-2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36EB1B40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66040AB8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1D0049FB" w14:textId="77777777" w:rsidR="00717028" w:rsidRDefault="002604F0">
                  <w:pPr>
                    <w:jc w:val="center"/>
                  </w:pPr>
                  <w:r>
                    <w:t>-1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2F22D2F7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12BD7364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441C2F80" w14:textId="77777777" w:rsidR="00717028" w:rsidRDefault="002604F0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0857289B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4F068A09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090075D5" w14:textId="77777777" w:rsidR="00717028" w:rsidRDefault="002604F0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71B53030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6ADBD3EE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48EA6AFD" w14:textId="77777777" w:rsidR="00717028" w:rsidRDefault="002604F0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64173F14" w14:textId="77777777" w:rsidR="00717028" w:rsidRDefault="00717028">
                  <w:pPr>
                    <w:jc w:val="center"/>
                  </w:pPr>
                </w:p>
              </w:tc>
            </w:tr>
          </w:tbl>
          <w:p w14:paraId="0E5E405C" w14:textId="77777777" w:rsidR="00717028" w:rsidRDefault="00717028"/>
        </w:tc>
        <w:tc>
          <w:tcPr>
            <w:tcW w:w="4608" w:type="dxa"/>
          </w:tcPr>
          <w:p w14:paraId="50D7B64E" w14:textId="77777777" w:rsidR="00717028" w:rsidRDefault="002604F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5878AF" wp14:editId="6B1ACAE1">
                  <wp:extent cx="2011680" cy="201168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ank_grid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134516" w14:textId="77777777" w:rsidR="00717028" w:rsidRDefault="002604F0">
      <w:pPr>
        <w:spacing w:before="120" w:after="80"/>
      </w:pPr>
      <w:r>
        <w:rPr>
          <w:b/>
          <w:color w:val="1A365D"/>
        </w:rPr>
        <w:t>10. h(x) = |x + 1| - 2 (Absolute Value Function)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</w:tblGrid>
      <w:tr w:rsidR="00717028" w14:paraId="13C77DC9" w14:textId="77777777">
        <w:trPr>
          <w:jc w:val="center"/>
        </w:trPr>
        <w:tc>
          <w:tcPr>
            <w:tcW w:w="4608" w:type="dxa"/>
          </w:tcPr>
          <w:p w14:paraId="4D4E0A53" w14:textId="77777777" w:rsidR="00717028" w:rsidRDefault="002604F0">
            <w:r>
              <w:rPr>
                <w:b/>
              </w:rPr>
              <w:t>Table of Values: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96"/>
              <w:gridCol w:w="2196"/>
            </w:tblGrid>
            <w:tr w:rsidR="00717028" w14:paraId="7A079D50" w14:textId="77777777">
              <w:trPr>
                <w:jc w:val="center"/>
              </w:trPr>
              <w:tc>
                <w:tcPr>
                  <w:tcW w:w="2304" w:type="dxa"/>
                  <w:shd w:val="clear" w:color="auto" w:fill="EDF2F7"/>
                </w:tcPr>
                <w:p w14:paraId="45EEE7DF" w14:textId="77777777" w:rsidR="00717028" w:rsidRDefault="002604F0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2304" w:type="dxa"/>
                  <w:shd w:val="clear" w:color="auto" w:fill="EDF2F7"/>
                </w:tcPr>
                <w:p w14:paraId="7942280E" w14:textId="77777777" w:rsidR="00717028" w:rsidRDefault="002604F0">
                  <w:pPr>
                    <w:jc w:val="center"/>
                  </w:pPr>
                  <w:r>
                    <w:t>y</w:t>
                  </w:r>
                </w:p>
              </w:tc>
            </w:tr>
            <w:tr w:rsidR="00717028" w14:paraId="44164AF3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112B0C90" w14:textId="77777777" w:rsidR="00717028" w:rsidRDefault="002604F0">
                  <w:pPr>
                    <w:jc w:val="center"/>
                  </w:pPr>
                  <w:r>
                    <w:t>-2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3B8DA596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29317D78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264635DA" w14:textId="77777777" w:rsidR="00717028" w:rsidRDefault="002604F0">
                  <w:pPr>
                    <w:jc w:val="center"/>
                  </w:pPr>
                  <w:r>
                    <w:t>-1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6E8CC369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28D89306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6AA734D7" w14:textId="77777777" w:rsidR="00717028" w:rsidRDefault="002604F0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2BA30A8D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575AD1BE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178D11D1" w14:textId="77777777" w:rsidR="00717028" w:rsidRDefault="002604F0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19F14117" w14:textId="77777777" w:rsidR="00717028" w:rsidRDefault="00717028">
                  <w:pPr>
                    <w:jc w:val="center"/>
                  </w:pPr>
                </w:p>
              </w:tc>
            </w:tr>
            <w:tr w:rsidR="00717028" w14:paraId="150ACA1D" w14:textId="77777777">
              <w:trPr>
                <w:jc w:val="center"/>
              </w:trPr>
              <w:tc>
                <w:tcPr>
                  <w:tcW w:w="2304" w:type="dxa"/>
                  <w:shd w:val="clear" w:color="auto" w:fill="FFFFFF"/>
                </w:tcPr>
                <w:p w14:paraId="522D3D50" w14:textId="77777777" w:rsidR="00717028" w:rsidRDefault="002604F0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304" w:type="dxa"/>
                  <w:shd w:val="clear" w:color="auto" w:fill="FFFFFF"/>
                </w:tcPr>
                <w:p w14:paraId="2C96175B" w14:textId="77777777" w:rsidR="00717028" w:rsidRDefault="00717028">
                  <w:pPr>
                    <w:jc w:val="center"/>
                  </w:pPr>
                </w:p>
              </w:tc>
            </w:tr>
          </w:tbl>
          <w:p w14:paraId="59F87C05" w14:textId="77777777" w:rsidR="00717028" w:rsidRDefault="00717028"/>
        </w:tc>
        <w:tc>
          <w:tcPr>
            <w:tcW w:w="4608" w:type="dxa"/>
          </w:tcPr>
          <w:p w14:paraId="2CBAC294" w14:textId="77777777" w:rsidR="00717028" w:rsidRDefault="002604F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E61CDC" wp14:editId="7FEE1F53">
                  <wp:extent cx="2011680" cy="201168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ank_grid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314F93" w14:textId="77777777" w:rsidR="00717028" w:rsidRDefault="002604F0">
      <w:pPr>
        <w:keepNext/>
        <w:spacing w:before="280" w:after="120"/>
      </w:pPr>
      <w:r>
        <w:rPr>
          <w:rFonts w:ascii="Calibri" w:hAnsi="Calibri"/>
          <w:b/>
          <w:color w:val="1A365D"/>
          <w:sz w:val="30"/>
        </w:rPr>
        <w:t>Section 4: Evaluating Functions</w:t>
      </w:r>
    </w:p>
    <w:p w14:paraId="69C6A626" w14:textId="77777777" w:rsidR="00717028" w:rsidRDefault="002604F0">
      <w:pPr>
        <w:spacing w:after="120"/>
      </w:pPr>
      <w:r>
        <w:t>Given the functions below, evaluate each expression:</w:t>
      </w:r>
    </w:p>
    <w:p w14:paraId="04E0E14A" w14:textId="77777777" w:rsidR="00717028" w:rsidRDefault="002604F0">
      <w:pPr>
        <w:spacing w:after="160"/>
      </w:pPr>
      <w:r>
        <w:rPr>
          <w:b/>
          <w:color w:val="2B6CB0"/>
        </w:rPr>
        <w:t xml:space="preserve">   f(x) = 3x - 5,     g(x) = x² + 2x,     h(x) = √(x + 9)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96"/>
        <w:gridCol w:w="4896"/>
      </w:tblGrid>
      <w:tr w:rsidR="00717028" w14:paraId="08015882" w14:textId="77777777">
        <w:trPr>
          <w:jc w:val="center"/>
        </w:trPr>
        <w:tc>
          <w:tcPr>
            <w:tcW w:w="4896" w:type="dxa"/>
          </w:tcPr>
          <w:p w14:paraId="422F936C" w14:textId="77777777" w:rsidR="00717028" w:rsidRDefault="002604F0">
            <w:pPr>
              <w:spacing w:after="160"/>
            </w:pPr>
            <w:r>
              <w:t>11. f(4) = ________________________</w:t>
            </w:r>
          </w:p>
        </w:tc>
        <w:tc>
          <w:tcPr>
            <w:tcW w:w="4896" w:type="dxa"/>
          </w:tcPr>
          <w:p w14:paraId="36377146" w14:textId="77777777" w:rsidR="00717028" w:rsidRDefault="002604F0">
            <w:pPr>
              <w:spacing w:after="160"/>
            </w:pPr>
            <w:r>
              <w:t>12. g(-3) = ________________________</w:t>
            </w:r>
          </w:p>
        </w:tc>
      </w:tr>
      <w:tr w:rsidR="00717028" w14:paraId="6F9BE91C" w14:textId="77777777">
        <w:trPr>
          <w:jc w:val="center"/>
        </w:trPr>
        <w:tc>
          <w:tcPr>
            <w:tcW w:w="4896" w:type="dxa"/>
          </w:tcPr>
          <w:p w14:paraId="36AD310B" w14:textId="77777777" w:rsidR="00717028" w:rsidRDefault="002604F0">
            <w:pPr>
              <w:spacing w:after="160"/>
            </w:pPr>
            <w:r>
              <w:t>13. h(16) = ________________________</w:t>
            </w:r>
          </w:p>
        </w:tc>
        <w:tc>
          <w:tcPr>
            <w:tcW w:w="4896" w:type="dxa"/>
          </w:tcPr>
          <w:p w14:paraId="2D3F4738" w14:textId="77777777" w:rsidR="00717028" w:rsidRDefault="002604F0">
            <w:pPr>
              <w:spacing w:after="160"/>
            </w:pPr>
            <w:r>
              <w:t>14. f(-2) + g(3) = ________________________</w:t>
            </w:r>
          </w:p>
        </w:tc>
      </w:tr>
      <w:tr w:rsidR="00717028" w14:paraId="2D92CA7A" w14:textId="77777777">
        <w:trPr>
          <w:jc w:val="center"/>
        </w:trPr>
        <w:tc>
          <w:tcPr>
            <w:tcW w:w="4896" w:type="dxa"/>
          </w:tcPr>
          <w:p w14:paraId="4B4AD919" w14:textId="77777777" w:rsidR="00717028" w:rsidRDefault="002604F0">
            <w:pPr>
              <w:spacing w:after="160"/>
            </w:pPr>
            <w:r>
              <w:t>15. Find x if f(x) = 13: ____________</w:t>
            </w:r>
          </w:p>
        </w:tc>
        <w:tc>
          <w:tcPr>
            <w:tcW w:w="4896" w:type="dxa"/>
          </w:tcPr>
          <w:p w14:paraId="11776CBA" w14:textId="77777777" w:rsidR="00717028" w:rsidRDefault="002604F0">
            <w:pPr>
              <w:spacing w:after="160"/>
            </w:pPr>
            <w:r>
              <w:t>16. g(a + 1) = ________________________</w:t>
            </w:r>
          </w:p>
        </w:tc>
      </w:tr>
    </w:tbl>
    <w:p w14:paraId="736E78EB" w14:textId="77777777" w:rsidR="002604F0" w:rsidRDefault="002604F0"/>
    <w:sectPr w:rsidR="00000000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8051220">
    <w:abstractNumId w:val="8"/>
  </w:num>
  <w:num w:numId="2" w16cid:durableId="801312000">
    <w:abstractNumId w:val="6"/>
  </w:num>
  <w:num w:numId="3" w16cid:durableId="1541818317">
    <w:abstractNumId w:val="5"/>
  </w:num>
  <w:num w:numId="4" w16cid:durableId="1337146811">
    <w:abstractNumId w:val="4"/>
  </w:num>
  <w:num w:numId="5" w16cid:durableId="1808815813">
    <w:abstractNumId w:val="7"/>
  </w:num>
  <w:num w:numId="6" w16cid:durableId="1833980943">
    <w:abstractNumId w:val="3"/>
  </w:num>
  <w:num w:numId="7" w16cid:durableId="1158035065">
    <w:abstractNumId w:val="2"/>
  </w:num>
  <w:num w:numId="8" w16cid:durableId="1173842285">
    <w:abstractNumId w:val="1"/>
  </w:num>
  <w:num w:numId="9" w16cid:durableId="345181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04F0"/>
    <w:rsid w:val="0029639D"/>
    <w:rsid w:val="00326F90"/>
    <w:rsid w:val="00717028"/>
    <w:rsid w:val="00AA1D8D"/>
    <w:rsid w:val="00B47730"/>
    <w:rsid w:val="00CB0664"/>
    <w:rsid w:val="00CF22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A86F2C"/>
  <w14:defaultImageDpi w14:val="300"/>
  <w15:docId w15:val="{370E289F-65F2-4CEE-AAA5-A5EF14B1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Hoda Zamani</cp:lastModifiedBy>
  <cp:revision>2</cp:revision>
  <dcterms:created xsi:type="dcterms:W3CDTF">2026-08-15T02:25:00Z</dcterms:created>
  <dcterms:modified xsi:type="dcterms:W3CDTF">2026-08-15T02:25:00Z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65384d7a-8166-4894-974c-4de6c4e2ce87</vt:lpwstr>
  </property>
</Properties>
</file>